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59EF4" w14:textId="77777777" w:rsidR="000E66BA" w:rsidRDefault="000E66BA" w:rsidP="00EE16EB">
      <w:pPr>
        <w:pStyle w:val="Heading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</w:p>
    <w:p w14:paraId="136CB889" w14:textId="237E7119" w:rsidR="00826DD1" w:rsidRPr="00BA7E7F" w:rsidRDefault="00000000" w:rsidP="00EE16EB">
      <w:pPr>
        <w:pStyle w:val="Heading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BA7E7F">
        <w:rPr>
          <w:rFonts w:ascii="Arial" w:hAnsi="Arial" w:cs="Arial"/>
          <w:color w:val="auto"/>
          <w:sz w:val="24"/>
          <w:szCs w:val="24"/>
        </w:rPr>
        <w:t>AUTHOR DECLARATION AND PUBLISHING AGREEMENT FORM</w:t>
      </w:r>
    </w:p>
    <w:p w14:paraId="491B8404" w14:textId="278DBA8E" w:rsidR="00BA7E7F" w:rsidRPr="00E70DCA" w:rsidRDefault="00E70DCA" w:rsidP="00E70DC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PERSAHABATAN RESPIROLOGY JOURNAL</w:t>
      </w:r>
    </w:p>
    <w:p w14:paraId="2ABAB8E0" w14:textId="77777777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A7E7F">
        <w:rPr>
          <w:rFonts w:ascii="Arial" w:hAnsi="Arial" w:cs="Arial"/>
          <w:sz w:val="24"/>
          <w:szCs w:val="24"/>
        </w:rPr>
        <w:t xml:space="preserve">Regarding the manuscript: </w:t>
      </w:r>
    </w:p>
    <w:p w14:paraId="4CF926E4" w14:textId="4102FD43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A7E7F">
        <w:rPr>
          <w:rFonts w:ascii="Arial" w:hAnsi="Arial" w:cs="Arial"/>
          <w:sz w:val="24"/>
          <w:szCs w:val="24"/>
        </w:rPr>
        <w:t>Manuscript ID</w:t>
      </w:r>
      <w:r w:rsidRPr="00BA7E7F">
        <w:rPr>
          <w:rFonts w:ascii="Arial" w:hAnsi="Arial" w:cs="Arial"/>
          <w:sz w:val="24"/>
          <w:szCs w:val="24"/>
        </w:rPr>
        <w:tab/>
        <w:t>:</w:t>
      </w:r>
    </w:p>
    <w:p w14:paraId="0D55C9E7" w14:textId="2DD0E9AE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A7E7F">
        <w:rPr>
          <w:rFonts w:ascii="Arial" w:hAnsi="Arial" w:cs="Arial"/>
          <w:sz w:val="24"/>
          <w:szCs w:val="24"/>
        </w:rPr>
        <w:t>Title</w:t>
      </w:r>
      <w:r w:rsidRPr="00BA7E7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A7E7F">
        <w:rPr>
          <w:rFonts w:ascii="Arial" w:hAnsi="Arial" w:cs="Arial"/>
          <w:sz w:val="24"/>
          <w:szCs w:val="24"/>
        </w:rPr>
        <w:t>:</w:t>
      </w:r>
    </w:p>
    <w:p w14:paraId="2F2F6AED" w14:textId="77777777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25CEED" w14:textId="42A18EAE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A7E7F">
        <w:rPr>
          <w:rFonts w:ascii="Arial" w:hAnsi="Arial" w:cs="Arial"/>
          <w:sz w:val="24"/>
          <w:szCs w:val="24"/>
        </w:rPr>
        <w:t>Corresponding author: Name:</w:t>
      </w:r>
    </w:p>
    <w:p w14:paraId="4A804937" w14:textId="45888E2C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A7E7F">
        <w:rPr>
          <w:rFonts w:ascii="Arial" w:hAnsi="Arial" w:cs="Arial"/>
          <w:sz w:val="24"/>
          <w:szCs w:val="24"/>
        </w:rPr>
        <w:t>Affiliation</w:t>
      </w:r>
      <w:r w:rsidRPr="00BA7E7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A7E7F">
        <w:rPr>
          <w:rFonts w:ascii="Arial" w:hAnsi="Arial" w:cs="Arial"/>
          <w:sz w:val="24"/>
          <w:szCs w:val="24"/>
        </w:rPr>
        <w:t>:</w:t>
      </w:r>
    </w:p>
    <w:p w14:paraId="3D40EDA6" w14:textId="3685AB22" w:rsidR="00826DD1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A7E7F">
        <w:rPr>
          <w:rFonts w:ascii="Arial" w:hAnsi="Arial" w:cs="Arial"/>
          <w:sz w:val="24"/>
          <w:szCs w:val="24"/>
        </w:rPr>
        <w:t>E-mail address</w:t>
      </w:r>
      <w:r w:rsidRPr="00BA7E7F">
        <w:rPr>
          <w:rFonts w:ascii="Arial" w:hAnsi="Arial" w:cs="Arial"/>
          <w:sz w:val="24"/>
          <w:szCs w:val="24"/>
        </w:rPr>
        <w:tab/>
        <w:t>:</w:t>
      </w:r>
    </w:p>
    <w:p w14:paraId="3EB0EBCF" w14:textId="77777777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E9C428" w14:textId="77777777" w:rsidR="00826DD1" w:rsidRPr="00BA7E7F" w:rsidRDefault="00000000" w:rsidP="00EE16EB">
      <w:pPr>
        <w:pStyle w:val="Heading2"/>
        <w:spacing w:before="0"/>
        <w:jc w:val="both"/>
        <w:rPr>
          <w:rFonts w:ascii="Arial" w:hAnsi="Arial" w:cs="Arial"/>
          <w:color w:val="auto"/>
          <w:sz w:val="24"/>
          <w:szCs w:val="24"/>
        </w:rPr>
      </w:pPr>
      <w:r w:rsidRPr="00BA7E7F">
        <w:rPr>
          <w:rFonts w:ascii="Arial" w:hAnsi="Arial" w:cs="Arial"/>
          <w:color w:val="auto"/>
          <w:sz w:val="24"/>
          <w:szCs w:val="24"/>
        </w:rPr>
        <w:t>1. Authorship Declaration</w:t>
      </w:r>
    </w:p>
    <w:p w14:paraId="6936DC24" w14:textId="5CF2DE96" w:rsidR="001D7825" w:rsidRDefault="00000000" w:rsidP="00EE16EB">
      <w:pPr>
        <w:tabs>
          <w:tab w:val="left" w:pos="54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BA7E7F">
        <w:rPr>
          <w:rFonts w:ascii="Arial" w:hAnsi="Arial" w:cs="Arial"/>
          <w:sz w:val="24"/>
          <w:szCs w:val="24"/>
        </w:rPr>
        <w:t>We, the undersigned authors, hereby declare that:</w:t>
      </w:r>
    </w:p>
    <w:p w14:paraId="23B2605E" w14:textId="77777777" w:rsidR="001D7825" w:rsidRDefault="00000000" w:rsidP="00EE16EB">
      <w:pPr>
        <w:pStyle w:val="ListParagraph"/>
        <w:numPr>
          <w:ilvl w:val="0"/>
          <w:numId w:val="12"/>
        </w:numPr>
        <w:tabs>
          <w:tab w:val="left" w:pos="54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This manuscript titled “{insert title}” is our original work and has not been published or submitted elsewhere.</w:t>
      </w:r>
    </w:p>
    <w:p w14:paraId="20CDD571" w14:textId="77777777" w:rsidR="001D7825" w:rsidRDefault="00000000" w:rsidP="00EE16EB">
      <w:pPr>
        <w:pStyle w:val="ListParagraph"/>
        <w:numPr>
          <w:ilvl w:val="0"/>
          <w:numId w:val="12"/>
        </w:numPr>
        <w:tabs>
          <w:tab w:val="left" w:pos="54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All listed authors have made a substantial contribution to the conception, design, data collection, analysis, or interpretation of results.</w:t>
      </w:r>
    </w:p>
    <w:p w14:paraId="7C0E8137" w14:textId="77777777" w:rsidR="001D7825" w:rsidRDefault="00000000" w:rsidP="00EE16EB">
      <w:pPr>
        <w:pStyle w:val="ListParagraph"/>
        <w:numPr>
          <w:ilvl w:val="0"/>
          <w:numId w:val="12"/>
        </w:numPr>
        <w:tabs>
          <w:tab w:val="left" w:pos="54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 xml:space="preserve">All authors have read and approved the final version and agreed to its submission to </w:t>
      </w:r>
      <w:proofErr w:type="spellStart"/>
      <w:r w:rsidRPr="001D7825">
        <w:rPr>
          <w:rFonts w:ascii="Arial" w:hAnsi="Arial" w:cs="Arial"/>
          <w:sz w:val="24"/>
          <w:szCs w:val="24"/>
        </w:rPr>
        <w:t>Persahabatan</w:t>
      </w:r>
      <w:proofErr w:type="spellEnd"/>
      <w:r w:rsidRPr="001D7825">
        <w:rPr>
          <w:rFonts w:ascii="Arial" w:hAnsi="Arial" w:cs="Arial"/>
          <w:sz w:val="24"/>
          <w:szCs w:val="24"/>
        </w:rPr>
        <w:t xml:space="preserve"> Respirology Journal.</w:t>
      </w:r>
    </w:p>
    <w:p w14:paraId="78D0A35F" w14:textId="77777777" w:rsidR="001D7825" w:rsidRDefault="00000000" w:rsidP="00EE16EB">
      <w:pPr>
        <w:pStyle w:val="ListParagraph"/>
        <w:numPr>
          <w:ilvl w:val="0"/>
          <w:numId w:val="12"/>
        </w:numPr>
        <w:tabs>
          <w:tab w:val="left" w:pos="54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The order of authorship has been mutually agreed upon by all authors.</w:t>
      </w:r>
    </w:p>
    <w:p w14:paraId="57FDD315" w14:textId="77777777" w:rsidR="001D7825" w:rsidRDefault="00000000" w:rsidP="00EE16EB">
      <w:pPr>
        <w:pStyle w:val="ListParagraph"/>
        <w:numPr>
          <w:ilvl w:val="0"/>
          <w:numId w:val="12"/>
        </w:numPr>
        <w:tabs>
          <w:tab w:val="left" w:pos="54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The manuscript contains no unlawful, libelous, or unethical content, and adheres to recognized scientific and ethical standards.</w:t>
      </w:r>
    </w:p>
    <w:p w14:paraId="2D409A44" w14:textId="77777777" w:rsidR="001D7825" w:rsidRDefault="00000000" w:rsidP="00EE16EB">
      <w:pPr>
        <w:pStyle w:val="ListParagraph"/>
        <w:numPr>
          <w:ilvl w:val="0"/>
          <w:numId w:val="12"/>
        </w:numPr>
        <w:tabs>
          <w:tab w:val="left" w:pos="54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Research involving human or animal subjects has obtained approval from an authorized Ethics Committee, with reference number provided below.</w:t>
      </w:r>
    </w:p>
    <w:p w14:paraId="7A85ED6B" w14:textId="77777777" w:rsidR="001D7825" w:rsidRDefault="00000000" w:rsidP="00EE16EB">
      <w:pPr>
        <w:pStyle w:val="ListParagraph"/>
        <w:numPr>
          <w:ilvl w:val="0"/>
          <w:numId w:val="12"/>
        </w:numPr>
        <w:tabs>
          <w:tab w:val="left" w:pos="54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Any potential conflicts of interest or financial relationships have been disclosed.</w:t>
      </w:r>
    </w:p>
    <w:p w14:paraId="69171DFA" w14:textId="71F5B74D" w:rsidR="00826DD1" w:rsidRPr="001D7825" w:rsidRDefault="00000000" w:rsidP="00EE16EB">
      <w:pPr>
        <w:pStyle w:val="ListParagraph"/>
        <w:numPr>
          <w:ilvl w:val="0"/>
          <w:numId w:val="12"/>
        </w:numPr>
        <w:tabs>
          <w:tab w:val="left" w:pos="54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All borrowed materials, figures, or data from other works have been properly credited and referenced, and permissions have been obtained where necessary.</w:t>
      </w:r>
    </w:p>
    <w:p w14:paraId="45D63500" w14:textId="77777777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E5EBF1" w14:textId="77777777" w:rsidR="00826DD1" w:rsidRPr="00BA7E7F" w:rsidRDefault="00000000" w:rsidP="00EE16EB">
      <w:pPr>
        <w:pStyle w:val="Heading2"/>
        <w:spacing w:before="0"/>
        <w:jc w:val="both"/>
        <w:rPr>
          <w:rFonts w:ascii="Arial" w:hAnsi="Arial" w:cs="Arial"/>
          <w:color w:val="auto"/>
          <w:sz w:val="24"/>
          <w:szCs w:val="24"/>
        </w:rPr>
      </w:pPr>
      <w:r w:rsidRPr="00BA7E7F">
        <w:rPr>
          <w:rFonts w:ascii="Arial" w:hAnsi="Arial" w:cs="Arial"/>
          <w:color w:val="auto"/>
          <w:sz w:val="24"/>
          <w:szCs w:val="24"/>
        </w:rPr>
        <w:t>2. Conflict of Interest Statement</w:t>
      </w:r>
    </w:p>
    <w:p w14:paraId="5DD9EAB4" w14:textId="0C0DF441" w:rsidR="00BA7E7F" w:rsidRPr="00BA7E7F" w:rsidRDefault="00000000" w:rsidP="00EE16EB">
      <w:pPr>
        <w:spacing w:after="0"/>
        <w:ind w:left="274"/>
        <w:jc w:val="both"/>
        <w:rPr>
          <w:rFonts w:ascii="Arial" w:hAnsi="Arial" w:cs="Arial"/>
          <w:sz w:val="24"/>
          <w:szCs w:val="24"/>
        </w:rPr>
      </w:pPr>
      <w:r w:rsidRPr="00BA7E7F">
        <w:rPr>
          <w:rFonts w:ascii="Arial" w:hAnsi="Arial" w:cs="Arial"/>
          <w:sz w:val="24"/>
          <w:szCs w:val="24"/>
        </w:rPr>
        <w:t>We declare that there is no conflict of interest related to this manuscript.</w:t>
      </w:r>
      <w:r w:rsidRPr="00BA7E7F">
        <w:rPr>
          <w:rFonts w:ascii="Arial" w:hAnsi="Arial" w:cs="Arial"/>
          <w:sz w:val="24"/>
          <w:szCs w:val="24"/>
        </w:rPr>
        <w:br/>
        <w:t>If any exists, please specify:</w:t>
      </w:r>
      <w:r w:rsidRPr="00BA7E7F">
        <w:rPr>
          <w:rFonts w:ascii="Arial" w:hAnsi="Arial" w:cs="Arial"/>
          <w:sz w:val="24"/>
          <w:szCs w:val="24"/>
        </w:rPr>
        <w:br/>
        <w:t>______________________________________________________________</w:t>
      </w:r>
    </w:p>
    <w:p w14:paraId="1701C5EF" w14:textId="77777777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3224E2" w14:textId="45BC24BB" w:rsidR="00826DD1" w:rsidRPr="00BA7E7F" w:rsidRDefault="00000000" w:rsidP="00EE16EB">
      <w:pPr>
        <w:pStyle w:val="Heading2"/>
        <w:spacing w:before="0"/>
        <w:jc w:val="both"/>
        <w:rPr>
          <w:rFonts w:ascii="Arial" w:hAnsi="Arial" w:cs="Arial"/>
          <w:color w:val="auto"/>
          <w:sz w:val="24"/>
          <w:szCs w:val="24"/>
        </w:rPr>
      </w:pPr>
      <w:r w:rsidRPr="00BA7E7F">
        <w:rPr>
          <w:rFonts w:ascii="Arial" w:hAnsi="Arial" w:cs="Arial"/>
          <w:color w:val="auto"/>
          <w:sz w:val="24"/>
          <w:szCs w:val="24"/>
        </w:rPr>
        <w:t>3. Ethical Approval</w:t>
      </w:r>
    </w:p>
    <w:p w14:paraId="71BDF560" w14:textId="77777777" w:rsidR="00826DD1" w:rsidRPr="00BA7E7F" w:rsidRDefault="00000000" w:rsidP="00EE16EB">
      <w:pPr>
        <w:spacing w:after="0"/>
        <w:ind w:left="270"/>
        <w:jc w:val="both"/>
        <w:rPr>
          <w:rFonts w:ascii="Arial" w:hAnsi="Arial" w:cs="Arial"/>
          <w:sz w:val="24"/>
          <w:szCs w:val="24"/>
        </w:rPr>
      </w:pPr>
      <w:r w:rsidRPr="00BA7E7F">
        <w:rPr>
          <w:rFonts w:ascii="Arial" w:hAnsi="Arial" w:cs="Arial"/>
          <w:sz w:val="24"/>
          <w:szCs w:val="24"/>
        </w:rPr>
        <w:t>This study was reviewed and approved by the Ethics Committee of {Institution Name}, with approval number: {Approval No.}.</w:t>
      </w:r>
    </w:p>
    <w:p w14:paraId="0D666BA2" w14:textId="77777777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7B46B5" w14:textId="77777777" w:rsidR="00826DD1" w:rsidRPr="00BA7E7F" w:rsidRDefault="00000000" w:rsidP="00EE16EB">
      <w:pPr>
        <w:pStyle w:val="Heading2"/>
        <w:spacing w:before="0"/>
        <w:jc w:val="both"/>
        <w:rPr>
          <w:rFonts w:ascii="Arial" w:hAnsi="Arial" w:cs="Arial"/>
          <w:color w:val="auto"/>
          <w:sz w:val="24"/>
          <w:szCs w:val="24"/>
        </w:rPr>
      </w:pPr>
      <w:r w:rsidRPr="00BA7E7F">
        <w:rPr>
          <w:rFonts w:ascii="Arial" w:hAnsi="Arial" w:cs="Arial"/>
          <w:color w:val="auto"/>
          <w:sz w:val="24"/>
          <w:szCs w:val="24"/>
        </w:rPr>
        <w:lastRenderedPageBreak/>
        <w:t>4. Copyright and Publication Agreement</w:t>
      </w:r>
    </w:p>
    <w:p w14:paraId="137BBDED" w14:textId="77777777" w:rsidR="001D7825" w:rsidRDefault="00000000" w:rsidP="00EE16EB">
      <w:pPr>
        <w:tabs>
          <w:tab w:val="left" w:pos="45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Upon acceptance for publication:</w:t>
      </w:r>
    </w:p>
    <w:p w14:paraId="4628C052" w14:textId="45FF6A5C" w:rsidR="001D7825" w:rsidRDefault="001D7825" w:rsidP="00EE16EB">
      <w:pPr>
        <w:pStyle w:val="ListParagraph"/>
        <w:numPr>
          <w:ilvl w:val="0"/>
          <w:numId w:val="11"/>
        </w:numPr>
        <w:tabs>
          <w:tab w:val="left" w:pos="45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 xml:space="preserve">The authors grant </w:t>
      </w:r>
      <w:proofErr w:type="spellStart"/>
      <w:r w:rsidRPr="001D7825">
        <w:rPr>
          <w:rFonts w:ascii="Arial" w:hAnsi="Arial" w:cs="Arial"/>
          <w:sz w:val="24"/>
          <w:szCs w:val="24"/>
        </w:rPr>
        <w:t>Persahabatan</w:t>
      </w:r>
      <w:proofErr w:type="spellEnd"/>
      <w:r w:rsidRPr="001D7825">
        <w:rPr>
          <w:rFonts w:ascii="Arial" w:hAnsi="Arial" w:cs="Arial"/>
          <w:sz w:val="24"/>
          <w:szCs w:val="24"/>
        </w:rPr>
        <w:t xml:space="preserve"> Respirology Journal the non-exclusive right to publish, reproduce, and distribute the article, including any supplementary materials, datasets, or research tools contained therein (if applicable), in any media now or in the future.</w:t>
      </w:r>
    </w:p>
    <w:p w14:paraId="6E9EA74C" w14:textId="77777777" w:rsidR="001D7825" w:rsidRDefault="00000000" w:rsidP="00EE16EB">
      <w:pPr>
        <w:pStyle w:val="ListParagraph"/>
        <w:numPr>
          <w:ilvl w:val="0"/>
          <w:numId w:val="11"/>
        </w:numPr>
        <w:tabs>
          <w:tab w:val="left" w:pos="45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The authors retain the copyright of the article under a Creative Commons Attribution License (CC BY 4.0), allowing reuse with proper citation.</w:t>
      </w:r>
    </w:p>
    <w:p w14:paraId="459E5A30" w14:textId="77777777" w:rsidR="001D7825" w:rsidRDefault="00000000" w:rsidP="00EE16EB">
      <w:pPr>
        <w:pStyle w:val="ListParagraph"/>
        <w:numPr>
          <w:ilvl w:val="0"/>
          <w:numId w:val="11"/>
        </w:numPr>
        <w:tabs>
          <w:tab w:val="left" w:pos="45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The article is confirmed to be free from plagiarism (Turnitin or equivalent similarity index below 20%).</w:t>
      </w:r>
    </w:p>
    <w:p w14:paraId="575457B5" w14:textId="173E21AB" w:rsidR="00826DD1" w:rsidRPr="001D7825" w:rsidRDefault="00000000" w:rsidP="00EE16EB">
      <w:pPr>
        <w:pStyle w:val="ListParagraph"/>
        <w:numPr>
          <w:ilvl w:val="0"/>
          <w:numId w:val="11"/>
        </w:numPr>
        <w:tabs>
          <w:tab w:val="left" w:pos="450"/>
        </w:tabs>
        <w:spacing w:after="0"/>
        <w:ind w:left="540" w:hanging="270"/>
        <w:jc w:val="both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Authors understand that all editorial decisions are final and agree not to hold the journal, editor, or publisher liable for rejection or editorial revisions.</w:t>
      </w:r>
    </w:p>
    <w:p w14:paraId="6DA28AF3" w14:textId="77777777" w:rsidR="00BA7E7F" w:rsidRPr="00BA7E7F" w:rsidRDefault="00BA7E7F" w:rsidP="00EE16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B59F4E" w14:textId="77777777" w:rsidR="00826DD1" w:rsidRPr="00BA7E7F" w:rsidRDefault="00000000" w:rsidP="00EE16EB">
      <w:pPr>
        <w:pStyle w:val="Heading2"/>
        <w:spacing w:before="0"/>
        <w:jc w:val="both"/>
        <w:rPr>
          <w:rFonts w:ascii="Arial" w:hAnsi="Arial" w:cs="Arial"/>
          <w:color w:val="auto"/>
          <w:sz w:val="24"/>
          <w:szCs w:val="24"/>
        </w:rPr>
      </w:pPr>
      <w:r w:rsidRPr="00BA7E7F">
        <w:rPr>
          <w:rFonts w:ascii="Arial" w:hAnsi="Arial" w:cs="Arial"/>
          <w:color w:val="auto"/>
          <w:sz w:val="24"/>
          <w:szCs w:val="24"/>
        </w:rPr>
        <w:t>5. Funding and Publication Fees</w:t>
      </w:r>
    </w:p>
    <w:p w14:paraId="27AD6A66" w14:textId="1E2383AB" w:rsidR="00826DD1" w:rsidRPr="00BA7E7F" w:rsidRDefault="00000000" w:rsidP="00EE16EB">
      <w:pPr>
        <w:spacing w:after="0"/>
        <w:ind w:left="270"/>
        <w:rPr>
          <w:rFonts w:ascii="Arial" w:hAnsi="Arial" w:cs="Arial"/>
          <w:sz w:val="24"/>
          <w:szCs w:val="24"/>
        </w:rPr>
      </w:pPr>
      <w:r w:rsidRPr="00BA7E7F">
        <w:rPr>
          <w:rFonts w:ascii="Segoe UI Symbol" w:hAnsi="Segoe UI Symbol" w:cs="Segoe UI Symbol"/>
          <w:sz w:val="24"/>
          <w:szCs w:val="24"/>
        </w:rPr>
        <w:t>☐</w:t>
      </w:r>
      <w:r w:rsidRPr="00BA7E7F">
        <w:rPr>
          <w:rFonts w:ascii="Arial" w:hAnsi="Arial" w:cs="Arial"/>
          <w:sz w:val="24"/>
          <w:szCs w:val="24"/>
        </w:rPr>
        <w:t xml:space="preserve"> No funding was received for this study.</w:t>
      </w:r>
      <w:r w:rsidRPr="00BA7E7F">
        <w:rPr>
          <w:rFonts w:ascii="Arial" w:hAnsi="Arial" w:cs="Arial"/>
          <w:sz w:val="24"/>
          <w:szCs w:val="24"/>
        </w:rPr>
        <w:br/>
      </w:r>
      <w:r w:rsidRPr="00BA7E7F">
        <w:rPr>
          <w:rFonts w:ascii="Segoe UI Symbol" w:hAnsi="Segoe UI Symbol" w:cs="Segoe UI Symbol"/>
          <w:sz w:val="24"/>
          <w:szCs w:val="24"/>
        </w:rPr>
        <w:t>☐</w:t>
      </w:r>
      <w:r w:rsidRPr="00BA7E7F">
        <w:rPr>
          <w:rFonts w:ascii="Arial" w:hAnsi="Arial" w:cs="Arial"/>
          <w:sz w:val="24"/>
          <w:szCs w:val="24"/>
        </w:rPr>
        <w:t xml:space="preserve"> This research was supported by: ___________________________________________</w:t>
      </w:r>
      <w:r w:rsidRPr="00BA7E7F">
        <w:rPr>
          <w:rFonts w:ascii="Arial" w:hAnsi="Arial" w:cs="Arial"/>
          <w:sz w:val="24"/>
          <w:szCs w:val="24"/>
        </w:rPr>
        <w:br/>
      </w:r>
      <w:r w:rsidRPr="00BA7E7F">
        <w:rPr>
          <w:rFonts w:ascii="Segoe UI Symbol" w:hAnsi="Segoe UI Symbol" w:cs="Segoe UI Symbol"/>
          <w:sz w:val="24"/>
          <w:szCs w:val="24"/>
        </w:rPr>
        <w:t>☐</w:t>
      </w:r>
      <w:r w:rsidRPr="00BA7E7F">
        <w:rPr>
          <w:rFonts w:ascii="Arial" w:hAnsi="Arial" w:cs="Arial"/>
          <w:sz w:val="24"/>
          <w:szCs w:val="24"/>
        </w:rPr>
        <w:t xml:space="preserve"> Authors agree to cover the publication processing fee (if applicable) as per </w:t>
      </w:r>
      <w:proofErr w:type="spellStart"/>
      <w:r w:rsidRPr="00BA7E7F">
        <w:rPr>
          <w:rFonts w:ascii="Arial" w:hAnsi="Arial" w:cs="Arial"/>
          <w:sz w:val="24"/>
          <w:szCs w:val="24"/>
        </w:rPr>
        <w:t>P</w:t>
      </w:r>
      <w:r w:rsidR="00EE16EB">
        <w:rPr>
          <w:rFonts w:ascii="Arial" w:hAnsi="Arial" w:cs="Arial"/>
          <w:sz w:val="24"/>
          <w:szCs w:val="24"/>
        </w:rPr>
        <w:t>ersahabatan</w:t>
      </w:r>
      <w:proofErr w:type="spellEnd"/>
      <w:r w:rsidR="00EE16EB">
        <w:rPr>
          <w:rFonts w:ascii="Arial" w:hAnsi="Arial" w:cs="Arial"/>
          <w:sz w:val="24"/>
          <w:szCs w:val="24"/>
        </w:rPr>
        <w:t xml:space="preserve"> Respirology Journal</w:t>
      </w:r>
      <w:r w:rsidRPr="00BA7E7F">
        <w:rPr>
          <w:rFonts w:ascii="Arial" w:hAnsi="Arial" w:cs="Arial"/>
          <w:sz w:val="24"/>
          <w:szCs w:val="24"/>
        </w:rPr>
        <w:t>’s policy.</w:t>
      </w:r>
    </w:p>
    <w:p w14:paraId="7FCA7E77" w14:textId="2F2BC725" w:rsidR="00826DD1" w:rsidRPr="001D7825" w:rsidRDefault="00000000" w:rsidP="00EE16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A7E7F">
        <w:rPr>
          <w:rFonts w:ascii="Times New Roman" w:hAnsi="Times New Roman" w:cs="Times New Roman"/>
          <w:sz w:val="24"/>
          <w:szCs w:val="24"/>
        </w:rPr>
        <w:br/>
      </w:r>
    </w:p>
    <w:p w14:paraId="7392A44A" w14:textId="77777777" w:rsidR="001D7825" w:rsidRPr="001D7825" w:rsidRDefault="001D7825" w:rsidP="00EE16E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 xml:space="preserve">         Place, Date</w:t>
      </w:r>
    </w:p>
    <w:p w14:paraId="5BB59D5F" w14:textId="77777777" w:rsidR="001D7825" w:rsidRPr="001D7825" w:rsidRDefault="001D7825" w:rsidP="00EE16E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>First Author/Corresponding Author,</w:t>
      </w:r>
    </w:p>
    <w:p w14:paraId="61633454" w14:textId="77777777" w:rsidR="001D7825" w:rsidRPr="001D7825" w:rsidRDefault="001D7825" w:rsidP="00EE16EB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5DB6D28" w14:textId="77777777" w:rsidR="001D7825" w:rsidRPr="001D7825" w:rsidRDefault="001D7825" w:rsidP="00EE16EB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5EC6D085" w14:textId="3DF76DED" w:rsidR="00826DD1" w:rsidRPr="001D7825" w:rsidRDefault="001D7825" w:rsidP="00EE16E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1D7825">
        <w:rPr>
          <w:rFonts w:ascii="Arial" w:hAnsi="Arial" w:cs="Arial"/>
          <w:sz w:val="24"/>
          <w:szCs w:val="24"/>
        </w:rPr>
        <w:tab/>
      </w:r>
      <w:r w:rsidRPr="001D7825">
        <w:rPr>
          <w:rFonts w:ascii="Arial" w:hAnsi="Arial" w:cs="Arial"/>
          <w:sz w:val="24"/>
          <w:szCs w:val="24"/>
        </w:rPr>
        <w:tab/>
        <w:t xml:space="preserve">         </w:t>
      </w:r>
      <w:r w:rsidRPr="001D7825">
        <w:rPr>
          <w:rFonts w:ascii="Arial" w:hAnsi="Arial" w:cs="Arial"/>
          <w:sz w:val="24"/>
          <w:szCs w:val="24"/>
        </w:rPr>
        <w:tab/>
      </w:r>
      <w:r w:rsidRPr="001D7825">
        <w:rPr>
          <w:rFonts w:ascii="Arial" w:hAnsi="Arial" w:cs="Arial"/>
          <w:sz w:val="24"/>
          <w:szCs w:val="24"/>
        </w:rPr>
        <w:tab/>
        <w:t xml:space="preserve">     </w:t>
      </w:r>
      <w:r w:rsidRPr="001D7825">
        <w:rPr>
          <w:rFonts w:ascii="Arial" w:hAnsi="Arial" w:cs="Arial"/>
          <w:sz w:val="24"/>
          <w:szCs w:val="24"/>
        </w:rPr>
        <w:tab/>
      </w:r>
      <w:r w:rsidRPr="001D7825">
        <w:rPr>
          <w:rFonts w:ascii="Arial" w:hAnsi="Arial" w:cs="Arial"/>
          <w:sz w:val="24"/>
          <w:szCs w:val="24"/>
        </w:rPr>
        <w:tab/>
      </w:r>
      <w:r w:rsidRPr="001D7825">
        <w:rPr>
          <w:rFonts w:ascii="Arial" w:hAnsi="Arial" w:cs="Arial"/>
          <w:sz w:val="24"/>
          <w:szCs w:val="24"/>
        </w:rPr>
        <w:tab/>
        <w:t xml:space="preserve">    (Name, signature)</w:t>
      </w:r>
    </w:p>
    <w:sectPr w:rsidR="00826DD1" w:rsidRPr="001D7825" w:rsidSect="000E66B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04BC" w14:textId="77777777" w:rsidR="00B90AA9" w:rsidRDefault="00B90AA9" w:rsidP="000E66BA">
      <w:pPr>
        <w:spacing w:after="0" w:line="240" w:lineRule="auto"/>
      </w:pPr>
      <w:r>
        <w:separator/>
      </w:r>
    </w:p>
  </w:endnote>
  <w:endnote w:type="continuationSeparator" w:id="0">
    <w:p w14:paraId="02DAE0BA" w14:textId="77777777" w:rsidR="00B90AA9" w:rsidRDefault="00B90AA9" w:rsidP="000E6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B4420" w14:textId="77777777" w:rsidR="00B90AA9" w:rsidRDefault="00B90AA9" w:rsidP="000E66BA">
      <w:pPr>
        <w:spacing w:after="0" w:line="240" w:lineRule="auto"/>
      </w:pPr>
      <w:r>
        <w:separator/>
      </w:r>
    </w:p>
  </w:footnote>
  <w:footnote w:type="continuationSeparator" w:id="0">
    <w:p w14:paraId="38A8C4F5" w14:textId="77777777" w:rsidR="00B90AA9" w:rsidRDefault="00B90AA9" w:rsidP="000E6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B130E" w14:textId="0FB6F86D" w:rsidR="000E66BA" w:rsidRDefault="000E66B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6517B5" wp14:editId="2DEACB1A">
          <wp:simplePos x="0" y="0"/>
          <wp:positionH relativeFrom="page">
            <wp:posOffset>220345</wp:posOffset>
          </wp:positionH>
          <wp:positionV relativeFrom="paragraph">
            <wp:posOffset>-457200</wp:posOffset>
          </wp:positionV>
          <wp:extent cx="7552055" cy="1185545"/>
          <wp:effectExtent l="0" t="0" r="0" b="0"/>
          <wp:wrapSquare wrapText="bothSides"/>
          <wp:docPr id="11053357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35760" name="Picture 11053357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1185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F97A8F"/>
    <w:multiLevelType w:val="hybridMultilevel"/>
    <w:tmpl w:val="38F2E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D469A"/>
    <w:multiLevelType w:val="hybridMultilevel"/>
    <w:tmpl w:val="88CEC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97BDD"/>
    <w:multiLevelType w:val="hybridMultilevel"/>
    <w:tmpl w:val="39747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303399">
    <w:abstractNumId w:val="8"/>
  </w:num>
  <w:num w:numId="2" w16cid:durableId="104083272">
    <w:abstractNumId w:val="6"/>
  </w:num>
  <w:num w:numId="3" w16cid:durableId="2132743554">
    <w:abstractNumId w:val="5"/>
  </w:num>
  <w:num w:numId="4" w16cid:durableId="2086682112">
    <w:abstractNumId w:val="4"/>
  </w:num>
  <w:num w:numId="5" w16cid:durableId="683046675">
    <w:abstractNumId w:val="7"/>
  </w:num>
  <w:num w:numId="6" w16cid:durableId="953824216">
    <w:abstractNumId w:val="3"/>
  </w:num>
  <w:num w:numId="7" w16cid:durableId="813643907">
    <w:abstractNumId w:val="2"/>
  </w:num>
  <w:num w:numId="8" w16cid:durableId="169221059">
    <w:abstractNumId w:val="1"/>
  </w:num>
  <w:num w:numId="9" w16cid:durableId="773285523">
    <w:abstractNumId w:val="0"/>
  </w:num>
  <w:num w:numId="10" w16cid:durableId="1352686370">
    <w:abstractNumId w:val="11"/>
  </w:num>
  <w:num w:numId="11" w16cid:durableId="1789810288">
    <w:abstractNumId w:val="10"/>
  </w:num>
  <w:num w:numId="12" w16cid:durableId="10868759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wpJustification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66BA"/>
    <w:rsid w:val="0015074B"/>
    <w:rsid w:val="001D7825"/>
    <w:rsid w:val="0029639D"/>
    <w:rsid w:val="00326F90"/>
    <w:rsid w:val="00826DD1"/>
    <w:rsid w:val="00AA1D8D"/>
    <w:rsid w:val="00B47730"/>
    <w:rsid w:val="00B90AA9"/>
    <w:rsid w:val="00BA7E7F"/>
    <w:rsid w:val="00CB0664"/>
    <w:rsid w:val="00D866B5"/>
    <w:rsid w:val="00E70DCA"/>
    <w:rsid w:val="00EE16EB"/>
    <w:rsid w:val="00FA26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5307DD"/>
  <w14:defaultImageDpi w14:val="330"/>
  <w15:docId w15:val="{34A7317C-76EF-482D-A028-F9812E37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Siti Chandra Widjanantie</cp:lastModifiedBy>
  <cp:revision>5</cp:revision>
  <dcterms:created xsi:type="dcterms:W3CDTF">2013-12-23T23:15:00Z</dcterms:created>
  <dcterms:modified xsi:type="dcterms:W3CDTF">2025-10-29T08:33:00Z</dcterms:modified>
  <cp:category/>
</cp:coreProperties>
</file>